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2D85" w:rsidRPr="00BE2D85" w:rsidRDefault="00BE2D85" w:rsidP="00BE2D85">
      <w:pPr>
        <w:pStyle w:val="21"/>
        <w:spacing w:before="0" w:line="240" w:lineRule="auto"/>
        <w:ind w:firstLine="720"/>
        <w:jc w:val="both"/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</w:pPr>
      <w:r w:rsidRPr="00BE2D85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«</w:t>
      </w:r>
      <w:proofErr w:type="spellStart"/>
      <w:r w:rsidRPr="00BE2D85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Инженерлік</w:t>
      </w:r>
      <w:proofErr w:type="spellEnd"/>
      <w:r w:rsidRPr="00BE2D85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BE2D85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іске</w:t>
      </w:r>
      <w:proofErr w:type="spellEnd"/>
      <w:r w:rsidRPr="00BE2D85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BE2D85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кіріспе</w:t>
      </w:r>
      <w:proofErr w:type="spellEnd"/>
      <w:r w:rsidRPr="00BE2D85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(CDIO)» </w:t>
      </w:r>
      <w:proofErr w:type="spellStart"/>
      <w:r w:rsidRPr="00BE2D85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пәні</w:t>
      </w:r>
      <w:proofErr w:type="spellEnd"/>
      <w:r w:rsidRPr="00BE2D85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BE2D85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бойынша</w:t>
      </w:r>
      <w:proofErr w:type="spellEnd"/>
      <w:r w:rsidRPr="00BE2D85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BE2D85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практикалық</w:t>
      </w:r>
      <w:proofErr w:type="spellEnd"/>
      <w:r w:rsidRPr="00BE2D85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BE2D85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сабақтар</w:t>
      </w:r>
      <w:proofErr w:type="spellEnd"/>
    </w:p>
    <w:p w:rsidR="00BE2D85" w:rsidRPr="00BE2D85" w:rsidRDefault="00BE2D85" w:rsidP="00BE2D85">
      <w:pPr>
        <w:pStyle w:val="21"/>
        <w:spacing w:before="0" w:line="240" w:lineRule="auto"/>
        <w:ind w:firstLine="720"/>
        <w:jc w:val="both"/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</w:pPr>
      <w:proofErr w:type="spellStart"/>
      <w:r w:rsidRPr="00BE2D85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Практикалық</w:t>
      </w:r>
      <w:proofErr w:type="spellEnd"/>
      <w:r w:rsidRPr="00BE2D85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BE2D85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сабақ</w:t>
      </w:r>
      <w:proofErr w:type="spellEnd"/>
      <w:r w:rsidRPr="00BE2D85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1. C - </w:t>
      </w:r>
      <w:proofErr w:type="spellStart"/>
      <w:r w:rsidRPr="00BE2D85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Conceive</w:t>
      </w:r>
      <w:proofErr w:type="spellEnd"/>
      <w:r w:rsidRPr="00BE2D85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BE2D85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кезеңі</w:t>
      </w:r>
      <w:proofErr w:type="spellEnd"/>
      <w:r w:rsidRPr="00BE2D85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(</w:t>
      </w:r>
      <w:proofErr w:type="spellStart"/>
      <w:r w:rsidRPr="00BE2D85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Жобаның</w:t>
      </w:r>
      <w:proofErr w:type="spellEnd"/>
      <w:r w:rsidRPr="00BE2D85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BE2D85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мақсаты</w:t>
      </w:r>
      <w:proofErr w:type="spellEnd"/>
      <w:r w:rsidRPr="00BE2D85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)</w:t>
      </w:r>
    </w:p>
    <w:p w:rsidR="00BE2D85" w:rsidRPr="00BE2D85" w:rsidRDefault="00BE2D85" w:rsidP="00BE2D85">
      <w:pPr>
        <w:pStyle w:val="21"/>
        <w:spacing w:before="0" w:line="240" w:lineRule="auto"/>
        <w:ind w:firstLine="720"/>
        <w:jc w:val="both"/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</w:pPr>
      <w:proofErr w:type="spellStart"/>
      <w:r w:rsidRPr="00BE2D85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Мақсаты</w:t>
      </w:r>
      <w:proofErr w:type="spellEnd"/>
      <w:r w:rsidRPr="00BE2D85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: </w:t>
      </w:r>
      <w:proofErr w:type="spellStart"/>
      <w:r w:rsidRPr="00BE2D85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өнім</w:t>
      </w:r>
      <w:proofErr w:type="spellEnd"/>
      <w:r w:rsidRPr="00BE2D85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BE2D85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немесе</w:t>
      </w:r>
      <w:proofErr w:type="spellEnd"/>
      <w:r w:rsidRPr="00BE2D85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BE2D85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құрылғы</w:t>
      </w:r>
      <w:proofErr w:type="spellEnd"/>
      <w:r w:rsidRPr="00BE2D85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BE2D85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идеясын</w:t>
      </w:r>
      <w:proofErr w:type="spellEnd"/>
      <w:r w:rsidRPr="00BE2D85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BE2D85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қалыптастыру</w:t>
      </w:r>
      <w:proofErr w:type="spellEnd"/>
      <w:r w:rsidRPr="00BE2D85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.</w:t>
      </w:r>
    </w:p>
    <w:p w:rsidR="00BE2D85" w:rsidRPr="00BE2D85" w:rsidRDefault="00BE2D85" w:rsidP="00BE2D85">
      <w:pPr>
        <w:pStyle w:val="21"/>
        <w:spacing w:before="0" w:line="240" w:lineRule="auto"/>
        <w:ind w:firstLine="720"/>
        <w:jc w:val="both"/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</w:pPr>
      <w:proofErr w:type="spellStart"/>
      <w:r w:rsidRPr="00BE2D85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Тапсырмалар</w:t>
      </w:r>
      <w:proofErr w:type="spellEnd"/>
      <w:r w:rsidRPr="00BE2D85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:</w:t>
      </w:r>
    </w:p>
    <w:p w:rsidR="00BE2D85" w:rsidRPr="00BE2D85" w:rsidRDefault="00BE2D85" w:rsidP="00BE2D85">
      <w:pPr>
        <w:pStyle w:val="21"/>
        <w:spacing w:before="0" w:line="240" w:lineRule="auto"/>
        <w:ind w:firstLine="720"/>
        <w:jc w:val="both"/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</w:pPr>
      <w:r w:rsidRPr="00BE2D85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1, </w:t>
      </w:r>
      <w:proofErr w:type="spellStart"/>
      <w:r w:rsidRPr="00BE2D85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Адамдар</w:t>
      </w:r>
      <w:proofErr w:type="spellEnd"/>
      <w:r w:rsidRPr="00BE2D85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BE2D85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кездесетін</w:t>
      </w:r>
      <w:proofErr w:type="spellEnd"/>
      <w:r w:rsidRPr="00BE2D85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BE2D85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проблеманы</w:t>
      </w:r>
      <w:proofErr w:type="spellEnd"/>
      <w:r w:rsidRPr="00BE2D85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BE2D85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анықтау</w:t>
      </w:r>
      <w:proofErr w:type="spellEnd"/>
      <w:r w:rsidRPr="00BE2D85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(</w:t>
      </w:r>
      <w:proofErr w:type="spellStart"/>
      <w:r w:rsidRPr="00BE2D85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тұрмыста</w:t>
      </w:r>
      <w:proofErr w:type="spellEnd"/>
      <w:r w:rsidRPr="00BE2D85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, </w:t>
      </w:r>
      <w:proofErr w:type="spellStart"/>
      <w:r w:rsidRPr="00BE2D85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оқуда</w:t>
      </w:r>
      <w:proofErr w:type="spellEnd"/>
      <w:r w:rsidRPr="00BE2D85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, </w:t>
      </w:r>
      <w:proofErr w:type="spellStart"/>
      <w:r w:rsidRPr="00BE2D85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өндірісте</w:t>
      </w:r>
      <w:proofErr w:type="spellEnd"/>
      <w:r w:rsidRPr="00BE2D85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).</w:t>
      </w:r>
    </w:p>
    <w:p w:rsidR="00BE2D85" w:rsidRPr="00BE2D85" w:rsidRDefault="00BE2D85" w:rsidP="00BE2D85">
      <w:pPr>
        <w:pStyle w:val="21"/>
        <w:spacing w:before="0" w:line="240" w:lineRule="auto"/>
        <w:ind w:firstLine="720"/>
        <w:jc w:val="both"/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</w:pPr>
      <w:r w:rsidRPr="00BE2D85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2, </w:t>
      </w:r>
      <w:proofErr w:type="spellStart"/>
      <w:r w:rsidRPr="00BE2D85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Инженерлік</w:t>
      </w:r>
      <w:proofErr w:type="spellEnd"/>
      <w:r w:rsidRPr="00BE2D85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BE2D85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шешім</w:t>
      </w:r>
      <w:proofErr w:type="spellEnd"/>
      <w:r w:rsidRPr="00BE2D85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BE2D85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идеясын</w:t>
      </w:r>
      <w:proofErr w:type="spellEnd"/>
      <w:r w:rsidRPr="00BE2D85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BE2D85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тұжырымдау</w:t>
      </w:r>
      <w:proofErr w:type="spellEnd"/>
      <w:r w:rsidRPr="00BE2D85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.</w:t>
      </w:r>
    </w:p>
    <w:p w:rsidR="00BE2D85" w:rsidRPr="00BE2D85" w:rsidRDefault="00BE2D85" w:rsidP="00BE2D85">
      <w:pPr>
        <w:pStyle w:val="21"/>
        <w:spacing w:before="0" w:line="240" w:lineRule="auto"/>
        <w:ind w:firstLine="720"/>
        <w:jc w:val="both"/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</w:pPr>
      <w:r w:rsidRPr="00BE2D85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3, </w:t>
      </w:r>
      <w:proofErr w:type="spellStart"/>
      <w:r w:rsidRPr="00BE2D85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Мақсаты</w:t>
      </w:r>
      <w:proofErr w:type="spellEnd"/>
      <w:r w:rsidRPr="00BE2D85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мен </w:t>
      </w:r>
      <w:proofErr w:type="spellStart"/>
      <w:r w:rsidRPr="00BE2D85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күтілетін</w:t>
      </w:r>
      <w:proofErr w:type="spellEnd"/>
      <w:r w:rsidRPr="00BE2D85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BE2D85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әсерін</w:t>
      </w:r>
      <w:proofErr w:type="spellEnd"/>
      <w:r w:rsidRPr="00BE2D85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BE2D85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қысқаша</w:t>
      </w:r>
      <w:proofErr w:type="spellEnd"/>
      <w:r w:rsidRPr="00BE2D85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BE2D85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сипаттау</w:t>
      </w:r>
      <w:proofErr w:type="spellEnd"/>
      <w:r w:rsidRPr="00BE2D85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.</w:t>
      </w:r>
    </w:p>
    <w:p w:rsidR="00BE2D85" w:rsidRPr="00BE2D85" w:rsidRDefault="00BE2D85" w:rsidP="00BE2D85">
      <w:pPr>
        <w:pStyle w:val="21"/>
        <w:spacing w:before="0" w:line="240" w:lineRule="auto"/>
        <w:ind w:firstLine="720"/>
        <w:jc w:val="both"/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</w:pPr>
      <w:proofErr w:type="spellStart"/>
      <w:r w:rsidRPr="00BE2D85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Мысалдар</w:t>
      </w:r>
      <w:proofErr w:type="spellEnd"/>
      <w:r w:rsidRPr="00BE2D85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: </w:t>
      </w:r>
      <w:proofErr w:type="spellStart"/>
      <w:r w:rsidRPr="00BE2D85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салқындатылатын</w:t>
      </w:r>
      <w:proofErr w:type="spellEnd"/>
      <w:r w:rsidRPr="00BE2D85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BE2D85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жастық</w:t>
      </w:r>
      <w:proofErr w:type="spellEnd"/>
      <w:r w:rsidRPr="00BE2D85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, </w:t>
      </w:r>
      <w:proofErr w:type="spellStart"/>
      <w:r w:rsidRPr="00BE2D85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ақылды</w:t>
      </w:r>
      <w:proofErr w:type="spellEnd"/>
      <w:r w:rsidRPr="00BE2D85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BE2D85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тамақтандырғыш</w:t>
      </w:r>
      <w:proofErr w:type="spellEnd"/>
      <w:r w:rsidRPr="00BE2D85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, </w:t>
      </w:r>
      <w:proofErr w:type="spellStart"/>
      <w:r w:rsidRPr="00BE2D85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үстел</w:t>
      </w:r>
      <w:proofErr w:type="spellEnd"/>
      <w:r w:rsidRPr="00BE2D85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BE2D85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үстіндегі</w:t>
      </w:r>
      <w:proofErr w:type="spellEnd"/>
      <w:r w:rsidRPr="00BE2D85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BE2D85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шағын</w:t>
      </w:r>
      <w:proofErr w:type="spellEnd"/>
      <w:r w:rsidRPr="00BE2D85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BE2D85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кептіргіш</w:t>
      </w:r>
      <w:proofErr w:type="spellEnd"/>
      <w:r w:rsidRPr="00BE2D85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, телефон </w:t>
      </w:r>
      <w:proofErr w:type="spellStart"/>
      <w:r w:rsidRPr="00BE2D85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ұстағыш</w:t>
      </w:r>
      <w:proofErr w:type="spellEnd"/>
      <w:r w:rsidRPr="00BE2D85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.</w:t>
      </w:r>
    </w:p>
    <w:p w:rsidR="00BE2D85" w:rsidRDefault="00BE2D85" w:rsidP="005165CB">
      <w:pPr>
        <w:pStyle w:val="21"/>
        <w:spacing w:before="0" w:line="240" w:lineRule="auto"/>
        <w:ind w:firstLine="720"/>
        <w:jc w:val="both"/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</w:pPr>
      <w:proofErr w:type="spellStart"/>
      <w:r w:rsidRPr="00BE2D85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Есеп</w:t>
      </w:r>
      <w:proofErr w:type="spellEnd"/>
      <w:r w:rsidRPr="00BE2D85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BE2D85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нысаны</w:t>
      </w:r>
      <w:proofErr w:type="spellEnd"/>
      <w:r w:rsidRPr="00BE2D85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: </w:t>
      </w:r>
      <w:proofErr w:type="spellStart"/>
      <w:r w:rsidRPr="00BE2D85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идеяның</w:t>
      </w:r>
      <w:proofErr w:type="spellEnd"/>
      <w:r w:rsidRPr="00BE2D85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BE2D85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қысқаша</w:t>
      </w:r>
      <w:proofErr w:type="spellEnd"/>
      <w:r w:rsidRPr="00BE2D85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BE2D85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презентациясы</w:t>
      </w:r>
      <w:proofErr w:type="spellEnd"/>
      <w:r w:rsidRPr="00BE2D85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(2 слайд: проблема </w:t>
      </w:r>
      <w:proofErr w:type="spellStart"/>
      <w:r w:rsidRPr="00BE2D85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және</w:t>
      </w:r>
      <w:proofErr w:type="spellEnd"/>
      <w:r w:rsidRPr="00BE2D85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BE2D85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шешім</w:t>
      </w:r>
      <w:proofErr w:type="spellEnd"/>
      <w:r w:rsidRPr="00BE2D85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).</w:t>
      </w:r>
    </w:p>
    <w:p w:rsidR="005165CB" w:rsidRPr="005165CB" w:rsidRDefault="005165CB" w:rsidP="005165CB">
      <w:pPr>
        <w:rPr>
          <w:lang w:val="ru-RU"/>
        </w:rPr>
      </w:pPr>
    </w:p>
    <w:p w:rsidR="005165CB" w:rsidRPr="005165CB" w:rsidRDefault="005165CB" w:rsidP="005165CB">
      <w:pPr>
        <w:pStyle w:val="21"/>
        <w:spacing w:before="0" w:line="240" w:lineRule="auto"/>
        <w:ind w:firstLine="720"/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</w:pP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Практикалық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сабақ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2. D </w:t>
      </w:r>
      <w:proofErr w:type="spellStart"/>
      <w:r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кезеңі</w:t>
      </w:r>
      <w:proofErr w:type="spellEnd"/>
      <w:r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— </w:t>
      </w:r>
      <w:proofErr w:type="spellStart"/>
      <w:r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Design</w:t>
      </w:r>
      <w:proofErr w:type="spellEnd"/>
      <w:r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(</w:t>
      </w:r>
      <w:proofErr w:type="spellStart"/>
      <w:r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Жобалау</w:t>
      </w:r>
      <w:proofErr w:type="spellEnd"/>
      <w:r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)</w:t>
      </w:r>
    </w:p>
    <w:p w:rsidR="005165CB" w:rsidRPr="005165CB" w:rsidRDefault="005165CB" w:rsidP="005165CB">
      <w:pPr>
        <w:pStyle w:val="21"/>
        <w:spacing w:before="0" w:line="240" w:lineRule="auto"/>
        <w:ind w:firstLine="720"/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Мақсаты</w:t>
      </w:r>
      <w:proofErr w:type="spellEnd"/>
      <w:r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:</w:t>
      </w:r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модельді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әзірлеу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және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құрылымын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ойластыру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.</w:t>
      </w:r>
    </w:p>
    <w:p w:rsidR="005165CB" w:rsidRPr="005165CB" w:rsidRDefault="005165CB" w:rsidP="005165CB">
      <w:pPr>
        <w:pStyle w:val="21"/>
        <w:spacing w:before="0" w:line="240" w:lineRule="auto"/>
        <w:ind w:firstLine="720"/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Тапсырмалар</w:t>
      </w:r>
      <w:proofErr w:type="spellEnd"/>
      <w:r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:</w:t>
      </w:r>
    </w:p>
    <w:p w:rsidR="005165CB" w:rsidRPr="005165CB" w:rsidRDefault="005165CB" w:rsidP="005165CB">
      <w:pPr>
        <w:pStyle w:val="21"/>
        <w:spacing w:before="0" w:line="240" w:lineRule="auto"/>
        <w:ind w:firstLine="720"/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</w:pPr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1.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Өнімнің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сызбасын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немесе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схемасын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салу.</w:t>
      </w:r>
    </w:p>
    <w:p w:rsidR="005165CB" w:rsidRPr="005165CB" w:rsidRDefault="005165CB" w:rsidP="005165CB">
      <w:pPr>
        <w:pStyle w:val="21"/>
        <w:spacing w:before="0" w:line="240" w:lineRule="auto"/>
        <w:ind w:firstLine="720"/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</w:pPr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2.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Қолданылатын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материалдарды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,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өлшемдерді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және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жұмыс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істеу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принципін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анықтау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.</w:t>
      </w:r>
    </w:p>
    <w:p w:rsidR="005165CB" w:rsidRPr="005165CB" w:rsidRDefault="005165CB" w:rsidP="005165CB">
      <w:pPr>
        <w:pStyle w:val="21"/>
        <w:spacing w:before="0" w:line="240" w:lineRule="auto"/>
        <w:ind w:firstLine="720"/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</w:pPr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3.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Шамамен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өзіндік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құнын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есептеу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және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дизайнды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ойластыру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.</w:t>
      </w:r>
    </w:p>
    <w:p w:rsidR="005165CB" w:rsidRPr="005165CB" w:rsidRDefault="005165CB" w:rsidP="005165CB">
      <w:pPr>
        <w:pStyle w:val="21"/>
        <w:spacing w:before="0" w:line="240" w:lineRule="auto"/>
        <w:ind w:firstLine="720"/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</w:pP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Практикалық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сабақ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3. I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кезеңі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—</w:t>
      </w:r>
      <w:r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Implement</w:t>
      </w:r>
      <w:proofErr w:type="spellEnd"/>
      <w:r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(</w:t>
      </w:r>
      <w:proofErr w:type="spellStart"/>
      <w:r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Іске</w:t>
      </w:r>
      <w:proofErr w:type="spellEnd"/>
      <w:r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асыру</w:t>
      </w:r>
      <w:proofErr w:type="spellEnd"/>
      <w:r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)</w:t>
      </w:r>
    </w:p>
    <w:p w:rsidR="005165CB" w:rsidRPr="005165CB" w:rsidRDefault="005165CB" w:rsidP="005165CB">
      <w:pPr>
        <w:pStyle w:val="21"/>
        <w:spacing w:before="0" w:line="240" w:lineRule="auto"/>
        <w:ind w:firstLine="720"/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Мақсаты</w:t>
      </w:r>
      <w:proofErr w:type="spellEnd"/>
      <w:r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:</w:t>
      </w:r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өнімді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қалай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жинауға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немесе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дайындауға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болатынын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көрсету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.</w:t>
      </w:r>
    </w:p>
    <w:p w:rsidR="005165CB" w:rsidRPr="005165CB" w:rsidRDefault="005165CB" w:rsidP="005165CB">
      <w:pPr>
        <w:pStyle w:val="21"/>
        <w:spacing w:before="0" w:line="240" w:lineRule="auto"/>
        <w:ind w:firstLine="720"/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Тапсырмалар</w:t>
      </w:r>
      <w:proofErr w:type="spellEnd"/>
      <w:r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:</w:t>
      </w:r>
    </w:p>
    <w:p w:rsidR="005165CB" w:rsidRPr="005165CB" w:rsidRDefault="005165CB" w:rsidP="005165CB">
      <w:pPr>
        <w:pStyle w:val="21"/>
        <w:spacing w:before="0" w:line="240" w:lineRule="auto"/>
        <w:ind w:firstLine="720"/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</w:pPr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1. Макет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немесе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прототип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дайындау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(3D-модель, картон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үлгісі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,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бейне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немесе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фото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түрінде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).</w:t>
      </w:r>
    </w:p>
    <w:p w:rsidR="005165CB" w:rsidRDefault="005165CB" w:rsidP="005165CB">
      <w:pPr>
        <w:pStyle w:val="21"/>
        <w:spacing w:before="0" w:line="240" w:lineRule="auto"/>
        <w:ind w:firstLine="720"/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</w:pPr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2.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Қолданылған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құралдар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мен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құрастыру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технологиясын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сипаттау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.</w:t>
      </w:r>
    </w:p>
    <w:p w:rsidR="005165CB" w:rsidRPr="005165CB" w:rsidRDefault="005165CB" w:rsidP="005165CB">
      <w:pPr>
        <w:rPr>
          <w:lang w:val="ru-RU"/>
        </w:rPr>
      </w:pPr>
      <w:bookmarkStart w:id="0" w:name="_GoBack"/>
      <w:bookmarkEnd w:id="0"/>
    </w:p>
    <w:p w:rsidR="005165CB" w:rsidRPr="005165CB" w:rsidRDefault="005165CB" w:rsidP="005165CB">
      <w:pPr>
        <w:pStyle w:val="21"/>
        <w:spacing w:before="0" w:line="240" w:lineRule="auto"/>
        <w:ind w:firstLine="720"/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</w:pP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lastRenderedPageBreak/>
        <w:t>Практикалық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сабақ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4. O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кезеңі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—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Operate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(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Қолдану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және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proofErr w:type="gram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талдау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)*</w:t>
      </w:r>
      <w:proofErr w:type="gram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*</w:t>
      </w:r>
    </w:p>
    <w:p w:rsidR="005165CB" w:rsidRPr="005165CB" w:rsidRDefault="005165CB" w:rsidP="005165CB">
      <w:pPr>
        <w:pStyle w:val="21"/>
        <w:spacing w:before="0" w:line="240" w:lineRule="auto"/>
        <w:ind w:firstLine="720"/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Мақсаты</w:t>
      </w:r>
      <w:proofErr w:type="spellEnd"/>
      <w:r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:</w:t>
      </w:r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өнімнің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тиімділігі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мен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практикалық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маңызын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бағалау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.</w:t>
      </w:r>
    </w:p>
    <w:p w:rsidR="005165CB" w:rsidRPr="005165CB" w:rsidRDefault="005165CB" w:rsidP="005165CB">
      <w:pPr>
        <w:pStyle w:val="21"/>
        <w:spacing w:before="0" w:line="240" w:lineRule="auto"/>
        <w:ind w:firstLine="720"/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Тапсырмалар</w:t>
      </w:r>
      <w:proofErr w:type="spellEnd"/>
      <w:r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:</w:t>
      </w:r>
    </w:p>
    <w:p w:rsidR="005165CB" w:rsidRPr="005165CB" w:rsidRDefault="005165CB" w:rsidP="005165CB">
      <w:pPr>
        <w:pStyle w:val="21"/>
        <w:spacing w:before="0" w:line="240" w:lineRule="auto"/>
        <w:ind w:firstLine="720"/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</w:pPr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1.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Өнімді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кім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және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қандай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мақсатта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қолданатынын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түсіндіру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.</w:t>
      </w:r>
    </w:p>
    <w:p w:rsidR="005165CB" w:rsidRPr="005165CB" w:rsidRDefault="005165CB" w:rsidP="005165CB">
      <w:pPr>
        <w:pStyle w:val="21"/>
        <w:spacing w:before="0" w:line="240" w:lineRule="auto"/>
        <w:ind w:firstLine="720"/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</w:pPr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2.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Құрылғының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мәселені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қалай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шешетінін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сипаттау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.</w:t>
      </w:r>
    </w:p>
    <w:p w:rsidR="005165CB" w:rsidRPr="005165CB" w:rsidRDefault="005165CB" w:rsidP="005165CB">
      <w:pPr>
        <w:pStyle w:val="21"/>
        <w:spacing w:before="0" w:line="240" w:lineRule="auto"/>
        <w:ind w:firstLine="720"/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</w:pPr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3. Мини-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талдау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жүргізу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: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нені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жақсартуға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болатынын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анықтау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.</w:t>
      </w:r>
    </w:p>
    <w:p w:rsidR="005165CB" w:rsidRPr="005165CB" w:rsidRDefault="005165CB" w:rsidP="005165CB">
      <w:pPr>
        <w:pStyle w:val="21"/>
        <w:spacing w:before="0" w:line="240" w:lineRule="auto"/>
        <w:ind w:firstLine="720"/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</w:pP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Қорытынды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жоба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(C</w:t>
      </w:r>
      <w:r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DIO </w:t>
      </w:r>
      <w:proofErr w:type="spellStart"/>
      <w:r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жобасын</w:t>
      </w:r>
      <w:proofErr w:type="spellEnd"/>
      <w:r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командалық</w:t>
      </w:r>
      <w:proofErr w:type="spellEnd"/>
      <w:r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қорғау</w:t>
      </w:r>
      <w:proofErr w:type="spellEnd"/>
      <w:r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)</w:t>
      </w:r>
    </w:p>
    <w:p w:rsidR="005165CB" w:rsidRPr="005165CB" w:rsidRDefault="005165CB" w:rsidP="005165CB">
      <w:pPr>
        <w:pStyle w:val="21"/>
        <w:spacing w:before="0" w:line="240" w:lineRule="auto"/>
        <w:ind w:firstLine="720"/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</w:pP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М</w:t>
      </w:r>
      <w:r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індет</w:t>
      </w:r>
      <w:proofErr w:type="spellEnd"/>
      <w:r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:</w:t>
      </w:r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дайын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модельді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немесе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өнімнің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тұжырымдамасын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қорғау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.</w:t>
      </w:r>
    </w:p>
    <w:p w:rsidR="005165CB" w:rsidRPr="005165CB" w:rsidRDefault="005165CB" w:rsidP="005165CB">
      <w:pPr>
        <w:pStyle w:val="21"/>
        <w:spacing w:before="0" w:line="240" w:lineRule="auto"/>
        <w:ind w:firstLine="720"/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Бағалау</w:t>
      </w:r>
      <w:proofErr w:type="spellEnd"/>
      <w:r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критерийлері</w:t>
      </w:r>
      <w:proofErr w:type="spellEnd"/>
      <w:r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:</w:t>
      </w:r>
    </w:p>
    <w:p w:rsidR="005165CB" w:rsidRPr="005165CB" w:rsidRDefault="005165CB" w:rsidP="005165CB">
      <w:pPr>
        <w:pStyle w:val="21"/>
        <w:spacing w:before="0" w:line="240" w:lineRule="auto"/>
        <w:ind w:firstLine="720"/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</w:pPr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1.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Идеяның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өзектілігі</w:t>
      </w:r>
      <w:proofErr w:type="spellEnd"/>
    </w:p>
    <w:p w:rsidR="005165CB" w:rsidRPr="005165CB" w:rsidRDefault="005165CB" w:rsidP="005165CB">
      <w:pPr>
        <w:pStyle w:val="21"/>
        <w:spacing w:before="0" w:line="240" w:lineRule="auto"/>
        <w:ind w:firstLine="720"/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</w:pPr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2.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Техникалық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іске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асыру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мүмкіндігі</w:t>
      </w:r>
      <w:proofErr w:type="spellEnd"/>
    </w:p>
    <w:p w:rsidR="005165CB" w:rsidRPr="005165CB" w:rsidRDefault="005165CB" w:rsidP="005165CB">
      <w:pPr>
        <w:pStyle w:val="21"/>
        <w:spacing w:before="0" w:line="240" w:lineRule="auto"/>
        <w:ind w:firstLine="720"/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</w:pPr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3.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Шығармашылық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деңгейі</w:t>
      </w:r>
      <w:proofErr w:type="spellEnd"/>
    </w:p>
    <w:p w:rsidR="005165CB" w:rsidRPr="005165CB" w:rsidRDefault="005165CB" w:rsidP="005165CB">
      <w:pPr>
        <w:pStyle w:val="21"/>
        <w:spacing w:before="0" w:line="240" w:lineRule="auto"/>
        <w:ind w:firstLine="720"/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</w:pPr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4.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Практикалық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пайдасы</w:t>
      </w:r>
      <w:proofErr w:type="spellEnd"/>
    </w:p>
    <w:p w:rsidR="005165CB" w:rsidRPr="005165CB" w:rsidRDefault="005165CB" w:rsidP="005165CB">
      <w:pPr>
        <w:pStyle w:val="21"/>
        <w:spacing w:before="0" w:line="240" w:lineRule="auto"/>
        <w:ind w:firstLine="720"/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</w:pPr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5. Презентация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сапасы</w:t>
      </w:r>
      <w:proofErr w:type="spellEnd"/>
    </w:p>
    <w:p w:rsidR="00C62D68" w:rsidRPr="005165CB" w:rsidRDefault="00C62D68" w:rsidP="005165CB">
      <w:pPr>
        <w:pStyle w:val="21"/>
        <w:rPr>
          <w:lang w:val="ru-RU"/>
        </w:rPr>
      </w:pPr>
    </w:p>
    <w:sectPr w:rsidR="00C62D68" w:rsidRPr="005165CB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165CB"/>
    <w:rsid w:val="00AA1D8D"/>
    <w:rsid w:val="00B47730"/>
    <w:rsid w:val="00BE2D85"/>
    <w:rsid w:val="00C62D68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D9E9469A-4569-4D45-9AB3-B93F2FF34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96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BA416C9-AA78-452A-858E-4B85D62FA5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250</Words>
  <Characters>1427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1674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Учетная запись Майкрософт</cp:lastModifiedBy>
  <cp:revision>3</cp:revision>
  <dcterms:created xsi:type="dcterms:W3CDTF">2013-12-23T23:15:00Z</dcterms:created>
  <dcterms:modified xsi:type="dcterms:W3CDTF">2025-10-14T08:10:00Z</dcterms:modified>
  <cp:category/>
</cp:coreProperties>
</file>